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3D-ВІЗУАЛІЗАЦІЮ ТА АНІМАЦІЮ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VISUALIZATION / ANIMATION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ОБ’ЄКТ ТА ЗАДАЧА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Назва проєкту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Тип об’єкта</w:t>
      </w:r>
    </w:p>
    <w:p>
      <w:pPr>
        <w:pStyle w:val="A_Hint"/>
      </w:pPr>
      <w:r>
        <w:t>Архітектура, інтер’єр, ландшафт, продукт, девелопмент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Мета матеріалів</w:t>
      </w:r>
    </w:p>
    <w:p>
      <w:pPr>
        <w:pStyle w:val="A_Hint"/>
      </w:pPr>
      <w:r>
        <w:t>Погодження, продажі, реклама, конкурс, соцмережі, інвестори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Цільова аудиторія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Крайній термін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ВИХІДНІ МАТЕРІАЛИ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3D-модель</w:t>
      </w:r>
    </w:p>
    <w:p>
      <w:pPr>
        <w:pStyle w:val="A_Hint"/>
      </w:pPr>
      <w:r>
        <w:t>MAX / SKP / RVT / FBX / OBJ / IFC / немає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Креслення</w:t>
      </w:r>
    </w:p>
    <w:p>
      <w:pPr>
        <w:pStyle w:val="A_Hint"/>
      </w:pPr>
      <w:r>
        <w:t>DWG / PDF / ескізи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Матеріали / меблі / обладнання</w:t>
      </w:r>
    </w:p>
    <w:p>
      <w:pPr>
        <w:pStyle w:val="A_Hint"/>
      </w:pPr>
      <w:r>
        <w:t>Специфікації, бренди, посилання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Ландшафт / оточення</w:t>
      </w:r>
    </w:p>
    <w:p>
      <w:pPr>
        <w:pStyle w:val="A_Hint"/>
      </w:pPr>
      <w:r>
        <w:t>Генплан, геолокація, фото контексту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3D-ВІЗУАЛІЗАЦІЮ ТА АНІМАЦІЮ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ВІЗУАЛЬНИЙ СТИЛЬ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Настрій</w:t>
      </w:r>
    </w:p>
    <w:p>
      <w:pPr>
        <w:pStyle w:val="A_Hint"/>
      </w:pPr>
      <w:r>
        <w:t>Світлий, драматичний, атмосферний, editorial, commercial,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Час доби</w:t>
      </w:r>
    </w:p>
    <w:p>
      <w:pPr>
        <w:pStyle w:val="A_Hint"/>
      </w:pPr>
      <w:r>
        <w:t>День / захід / сутінки / ніч / кілька сценаріїв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Сезон</w:t>
      </w:r>
    </w:p>
    <w:p>
      <w:pPr>
        <w:pStyle w:val="A_Hint"/>
      </w:pPr>
      <w:r>
        <w:t>Літо / осінь / зима / весна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Референси</w:t>
      </w:r>
    </w:p>
    <w:p>
      <w:pPr>
        <w:pStyle w:val="A_Hint"/>
      </w:pPr>
      <w:r>
        <w:t>Приклади бажаної якості та стилю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Люди / транспорт / декор</w:t>
      </w:r>
    </w:p>
    <w:p>
      <w:pPr>
        <w:pStyle w:val="A_Hint"/>
      </w:pPr>
      <w:r>
        <w:t>Реалістично / мінімально / без персонажів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КАДРИ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Кількість статичних кадрів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Обов’язкові ракурси</w:t>
      </w:r>
    </w:p>
    <w:p>
      <w:pPr>
        <w:pStyle w:val="A_Hint"/>
      </w:pPr>
      <w:r>
        <w:t>Перелік або позначення на плані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Формат</w:t>
      </w:r>
    </w:p>
    <w:p>
      <w:pPr>
        <w:pStyle w:val="A_Hint"/>
      </w:pPr>
      <w:r>
        <w:t>Горизонтальний / вертикальний / квадратний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Роздільна здатність</w:t>
      </w:r>
    </w:p>
    <w:p>
      <w:pPr>
        <w:pStyle w:val="A_Hint"/>
      </w:pPr>
      <w:r>
        <w:t>Full HD / 4K / друк / білборд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3D-ВІЗУАЛІЗАЦІЮ ТА АНІМАЦІЮ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АНІМАЦІЯ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Потрібна анімація</w:t>
      </w:r>
    </w:p>
    <w:p>
      <w:pPr>
        <w:pStyle w:val="A_Hint"/>
      </w:pPr>
      <w:r>
        <w:t>Так / ні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Орієнтовна тривалість</w:t>
      </w:r>
    </w:p>
    <w:p>
      <w:pPr>
        <w:pStyle w:val="A_Hint"/>
      </w:pPr>
      <w:r>
        <w:t>Секунди / хвилини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Формат руху камери</w:t>
      </w:r>
    </w:p>
    <w:p>
      <w:pPr>
        <w:pStyle w:val="A_Hint"/>
      </w:pPr>
      <w:r>
        <w:t>Проліт, walkthrough, cinematic, drone-like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Сценарій / монтаж</w:t>
      </w:r>
    </w:p>
    <w:p>
      <w:pPr>
        <w:pStyle w:val="A_Hint"/>
      </w:pPr>
      <w:r>
        <w:t>Є / потрібно розробити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Музика / титри / логотип</w:t>
      </w:r>
    </w:p>
    <w:p>
      <w:pPr>
        <w:pStyle w:val="A_Hint"/>
      </w:pPr>
      <w:r>
        <w:t>Потрібні / надає замовник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ПОГОДЖЕННЯ ТА ВИДАЧА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Кількість раундів правок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Хто затверджує</w:t>
      </w:r>
    </w:p>
    <w:p>
      <w:pPr>
        <w:pStyle w:val="A_Hint"/>
      </w:pPr>
      <w:r>
        <w:t>Контактна особа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Фінальні формати</w:t>
      </w:r>
    </w:p>
    <w:p>
      <w:pPr>
        <w:pStyle w:val="A_Hint"/>
      </w:pPr>
      <w:r>
        <w:t>JPG / PNG / TIFF / MP4 / MOV / EXR /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Бюджет</w:t>
      </w:r>
    </w:p>
    <w:p>
      <w:pPr>
        <w:pStyle w:val="A_Hint"/>
      </w:pPr>
      <w:r>
        <w:t>Валюта / діапазон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