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ЛАНДШАФТНИЙ ДИЗАЙН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ЛАНДШАФТ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ДІЛЯНКА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Адреса / координати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Площа ділянки</w:t>
      </w:r>
    </w:p>
    <w:p>
      <w:pPr>
        <w:pStyle w:val="A_Hint"/>
      </w:pPr>
      <w:r>
        <w:t>м² / сотки / га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Стадія будівництва</w:t>
      </w:r>
    </w:p>
    <w:p>
      <w:pPr>
        <w:pStyle w:val="A_Hint"/>
      </w:pPr>
      <w:r>
        <w:t>Будинок існує / будується / концепція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Топозйомка та геологія</w:t>
      </w:r>
    </w:p>
    <w:p>
      <w:pPr>
        <w:pStyle w:val="A_Hint"/>
      </w:pPr>
      <w:r>
        <w:t>Є / немає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Рельєф</w:t>
      </w:r>
    </w:p>
    <w:p>
      <w:pPr>
        <w:pStyle w:val="A_Hint"/>
      </w:pPr>
      <w:r>
        <w:t>Рівна ділянка / ухил / складний рельєф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ІСНУЮЧИЙ СТАН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Існуючі дерева та рослини</w:t>
      </w:r>
    </w:p>
    <w:p>
      <w:pPr>
        <w:pStyle w:val="A_Hint"/>
      </w:pPr>
      <w:r>
        <w:t>Що потрібно зберегти / видалити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Сусідні території</w:t>
      </w:r>
    </w:p>
    <w:p>
      <w:pPr>
        <w:pStyle w:val="A_Hint"/>
      </w:pPr>
      <w:r>
        <w:t>Приватність, видові напрямки, шум, дороги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Існуючі мережі</w:t>
      </w:r>
    </w:p>
    <w:p>
      <w:pPr>
        <w:pStyle w:val="A_Hint"/>
      </w:pPr>
      <w:r>
        <w:t>Вода, електрика, дренаж, каналізація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Проблемні зони</w:t>
      </w:r>
    </w:p>
    <w:p>
      <w:pPr>
        <w:pStyle w:val="A_Hint"/>
      </w:pPr>
      <w:r>
        <w:t>Підтоплення, вітер, тінь, ерозія, ґрунти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ЛАНДШАФТНИЙ ДИЗАЙН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ФУНКЦІОНАЛЬНІ ЗОНИ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Вхідна зона</w:t>
      </w:r>
    </w:p>
    <w:p>
      <w:pPr>
        <w:pStyle w:val="A_Hint"/>
      </w:pPr>
      <w:r>
        <w:t>Ворота, хвіртка, паркування, навіс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Тераси та відпочинок</w:t>
      </w:r>
    </w:p>
    <w:p>
      <w:pPr>
        <w:pStyle w:val="A_Hint"/>
      </w:pPr>
      <w:r>
        <w:t>Лаунж, BBQ, літня кухня, вогнище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Басейн / SPA</w:t>
      </w:r>
    </w:p>
    <w:p>
      <w:pPr>
        <w:pStyle w:val="A_Hint"/>
      </w:pPr>
      <w:r>
        <w:t>Розміри, формат, сезонність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Дитяча / спортивна зона</w:t>
      </w:r>
    </w:p>
    <w:p>
      <w:pPr>
        <w:pStyle w:val="A_Hint"/>
      </w:pPr>
      <w:r>
        <w:t>Майданчик, тренування, теніс,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Сад / город</w:t>
      </w:r>
    </w:p>
    <w:p>
      <w:pPr>
        <w:pStyle w:val="A_Hint"/>
      </w:pPr>
      <w:r>
        <w:t>Плодові, декоративні, теплиця, грядки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СТИЛЬ ТА РОСЛИНИ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Бажаний характер ландшафту</w:t>
      </w:r>
    </w:p>
    <w:p>
      <w:pPr>
        <w:pStyle w:val="A_Hint"/>
      </w:pPr>
      <w:r>
        <w:t>Мінімалістичний, природний, регулярний, середземноморський,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Улюблені рослини</w:t>
      </w:r>
    </w:p>
    <w:p>
      <w:pPr>
        <w:pStyle w:val="A_Hint"/>
      </w:pPr>
      <w:r>
        <w:t>Дерева, кущі, трави, квіти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Небажані рослини</w:t>
      </w:r>
    </w:p>
    <w:p>
      <w:pPr>
        <w:pStyle w:val="A_Hint"/>
      </w:pPr>
      <w:r>
        <w:t>Алергії, складний догляд, колючі, токсичні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Рівень догляду</w:t>
      </w:r>
    </w:p>
    <w:p>
      <w:pPr>
        <w:pStyle w:val="A_Hint"/>
      </w:pPr>
      <w:r>
        <w:t>Мінімальний / регулярний / садівник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ЛАНДШАФТНИЙ ДИЗАЙН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ІНЖЕНЕРІЯ ТА ОСВІТЛЕННЯ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Полив</w:t>
      </w:r>
    </w:p>
    <w:p>
      <w:pPr>
        <w:pStyle w:val="A_Hint"/>
      </w:pPr>
      <w:r>
        <w:t>Автоматичний / ручний / комбінований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Дренаж та зливова система</w:t>
      </w:r>
    </w:p>
    <w:p>
      <w:pPr>
        <w:pStyle w:val="A_Hint"/>
      </w:pPr>
      <w:r>
        <w:t>Є / потрібно проєктувати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Освітлення</w:t>
      </w:r>
    </w:p>
    <w:p>
      <w:pPr>
        <w:pStyle w:val="A_Hint"/>
      </w:pPr>
      <w:r>
        <w:t>Функціональне, декоративне, підсвітка рослин / фасаду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Малі архітектурні форми</w:t>
      </w:r>
    </w:p>
    <w:p>
      <w:pPr>
        <w:pStyle w:val="A_Hint"/>
      </w:pPr>
      <w:r>
        <w:t>Перголи, лави, огорожі, павільйони, містки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БЮДЖЕТ І СТРОКИ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Орієнтовний бюджет реалізації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Етапність</w:t>
      </w:r>
    </w:p>
    <w:p>
      <w:pPr>
        <w:pStyle w:val="A_Hint"/>
      </w:pPr>
      <w:r>
        <w:t>Одразу / поетапно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сезон посадки / завершення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Три головні пріоритети</w:t>
      </w:r>
    </w:p>
    <w:p>
      <w:pPr>
        <w:pStyle w:val="A_Hint"/>
      </w:pPr>
      <w:r>
        <w:t>1. _________________  2. _________________  3. 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побажання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